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EPKEBIdentity"/>
        <w:rPr>
          <w:rFonts w:ascii="Calibri" w:hAnsi="Calibri"/>
        </w:rPr>
      </w:pPr>
      <w:r>
        <w:rPr>
          <w:rFonts w:ascii="Calibri" w:hAnsi="Calibri"/>
        </w:rPr>
        <w:t>Egyesített Pszichológiai Kutatásetikai Bizottság (EPKEB)</w:t>
      </w:r>
    </w:p>
    <w:p>
      <w:pPr>
        <w:pStyle w:val="EPKEBTitle"/>
        <w:rPr>
          <w:rFonts w:ascii="Calibri" w:hAnsi="Calibri"/>
        </w:rPr>
      </w:pPr>
      <w:r>
        <w:rPr>
          <w:rFonts w:ascii="Calibri" w:hAnsi="Calibri"/>
        </w:rPr>
        <w:t>Kérelem kutatási engedélyhez</w:t>
      </w:r>
    </w:p>
    <w:tbl>
      <w:tblPr>
        <w:tblW w:w="9979" w:type="dxa"/>
        <w:jc w:val="start"/>
        <w:tblInd w:w="195" w:type="dxa"/>
        <w:tblLayout w:type="fixed"/>
        <w:tblCellMar>
          <w:top w:w="120" w:type="dxa"/>
          <w:start w:w="220" w:type="dxa"/>
          <w:bottom w:w="120" w:type="dxa"/>
          <w:end w:w="180" w:type="dxa"/>
        </w:tblCellMar>
        <w:tblLook w:val="04a0" w:firstRow="1" w:noVBand="1" w:lastRow="0" w:firstColumn="1" w:lastColumn="0" w:noHBand="0"/>
      </w:tblPr>
      <w:tblGrid>
        <w:gridCol w:w="9979"/>
      </w:tblGrid>
      <w:tr>
        <w:trPr/>
        <w:tc>
          <w:tcPr>
            <w:tcW w:w="9979" w:type="dxa"/>
            <w:tcBorders>
              <w:start w:val="single" w:sz="20" w:space="0" w:color="407E93"/>
            </w:tcBorders>
            <w:shd w:fill="EFF5F8" w:val="clear"/>
          </w:tcPr>
          <w:p>
            <w:pPr>
              <w:pStyle w:val="EPKEBNotice"/>
              <w:keepLines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Amennyiben ez a kutatás valamely korábban az EPKEB által jóváhagyott kutatástól csak minimális mértékben különbözik, a kérelem rövidített eljárással elbírálható. Ebben az esetben csatolja az eredeti, nem rövidített kérelmet és megadott engedélyét is, adja meg annak számát, és az eredeti kérvény szövegéből kiindulva a megváltoztatni kívánt részeket áthúzott betűvel, az új részeket besárgított hátterű betűvel jelenítse meg a rövidített kérelemben.</w:t>
            </w:r>
          </w:p>
        </w:tc>
      </w:tr>
    </w:tbl>
    <w:p>
      <w:pPr>
        <w:pStyle w:val="EPKEBMicroSpace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EPKEBQuestion"/>
        <w:tabs>
          <w:tab w:val="clear" w:pos="720"/>
          <w:tab w:val="left" w:pos="7654" w:leader="none"/>
        </w:tabs>
        <w:ind w:hanging="0" w:start="0"/>
        <w:rPr>
          <w:rFonts w:ascii="Calibri" w:hAnsi="Calibri"/>
        </w:rPr>
      </w:pPr>
      <w:r>
        <w:rPr>
          <w:rFonts w:ascii="Calibri" w:hAnsi="Calibri"/>
        </w:rPr>
        <w:t>Rövidített etikai eljárást kezdeményez?</w:t>
      </w:r>
      <w:r>
        <w:rPr>
          <w:rFonts w:ascii="Calibri" w:hAnsi="Calibri"/>
        </w:rPr>
        <w:t xml:space="preserve"> (aláhúzandó)</w:t>
      </w:r>
      <w:r>
        <w:rPr>
          <w:rFonts w:ascii="Calibri" w:hAnsi="Calibri"/>
        </w:rPr>
        <w:tab/>
      </w:r>
      <w:r>
        <w:rPr>
          <w:rFonts w:ascii="Calibri" w:hAnsi="Calibri"/>
          <w:u w:val="none"/>
        </w:rPr>
        <w:t>IGEN</w:t>
      </w:r>
      <w:r>
        <w:rPr>
          <w:rFonts w:ascii="Calibri" w:hAnsi="Calibri"/>
        </w:rPr>
        <w:t xml:space="preserve"> / NEM</w:t>
      </w:r>
    </w:p>
    <w:p>
      <w:pPr>
        <w:pStyle w:val="EPKEBQuestion"/>
        <w:ind w:hanging="0" w:start="0"/>
        <w:rPr>
          <w:rFonts w:ascii="Calibri" w:hAnsi="Calibri"/>
        </w:rPr>
      </w:pPr>
      <w:r>
        <w:rPr>
          <w:rFonts w:ascii="Calibri" w:hAnsi="Calibri"/>
        </w:rPr>
        <w:t>A hivatkozott korábbi kérelem sorszáma: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Intézmény (egyetem):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Tanszék: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kutatás végzőjének a neve (a kérelmező):</w:t>
      </w:r>
    </w:p>
    <w:p>
      <w:pPr>
        <w:pStyle w:val="EPKEBInpu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Beosztása (diák, doktorandusz, oktató, kutató stb.):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Tudományos fokozat (PhD, DSc stb.):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kutatás felügyelője (amennyiben a kérelmezőnek nincs fokozata):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kérelmező postacíme: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kérelmező e-mail címe: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kérelem beadásának dátuma: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kutatás kezdetének a várható időpontja (ha ismert):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kutatás címe: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MicroSpace"/>
        <w:spacing w:before="0" w:after="16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kutatás célja (legfeljebb 30 szó):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vizsgált személyek életkora (pl. 4 és 8 év között):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vizsgált személyek kiválasztásának módja: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Milyen módon toborozza a vizsgált személyeket? Szükség esetén csatolja a megfelelő dokumentációt (hirdetés, óvodavezetőnek írandó levél stb.).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Ajánlanak-e bármilyen ösztönzést vagy fizetséget a vizsgálatban való részvételért?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vizsgálat helyszíne: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vizsgálat rövid leírása (legfeljebb egy oldal):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Milyen berendezéseket és eszközöket alkalmaz? Szükség esetén csatolja azok dokumentációját (ez nem szükséges, ha azok egy korábbi eljárásban már jóvá lettek hagyva).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Milyen kérdőíveket, teszteket, interjútechnikát stb. kíván alkalmazni? Amennyiben azok nem sztenderd és nem a bizottság által már jóváhagyott eljárások, csatoljon egy másolatot belőlük.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vizsgált személyek előzetesen, önkéntesen és minden lényeges információ birtokában beleegyezésüket kell, adják a részvételhez. Ennek módja a személy életkorától függ. Az információnak minden esetben tartalmaznia kell a beleegyezés visszavonásának jogát.</w:t>
      </w:r>
    </w:p>
    <w:p>
      <w:pPr>
        <w:pStyle w:val="EPKEBSubitem"/>
        <w:keepLines/>
        <w:numPr>
          <w:ilvl w:val="0"/>
          <w:numId w:val="8"/>
        </w:numPr>
        <w:spacing w:before="60" w:after="120"/>
        <w:rPr>
          <w:rFonts w:ascii="Calibri" w:hAnsi="Calibri"/>
        </w:rPr>
      </w:pPr>
      <w:r>
        <w:rPr>
          <w:rFonts w:ascii="Calibri" w:hAnsi="Calibri"/>
        </w:rPr>
        <w:t>Amennyiben a gyerekkorú vizsgált személy 3 év alatti, a szükséges információt a szülőnek kell írásban átadni, és ő adhatja aláírásával a beleegyezést a gyerek nevében. Csatolja az információs dokumentumot és a beleegyezést kérő ívet.</w:t>
      </w:r>
    </w:p>
    <w:p>
      <w:pPr>
        <w:pStyle w:val="EPKEBSubitem"/>
        <w:keepLines/>
        <w:numPr>
          <w:ilvl w:val="0"/>
          <w:numId w:val="8"/>
        </w:numPr>
        <w:spacing w:before="60" w:after="120"/>
        <w:rPr>
          <w:rFonts w:ascii="Calibri" w:hAnsi="Calibri"/>
        </w:rPr>
      </w:pPr>
      <w:r>
        <w:rPr>
          <w:rFonts w:ascii="Calibri" w:hAnsi="Calibri"/>
        </w:rPr>
        <w:t>Amennyiben a gyerekkorú vizsgált személy életkora 3 és 14 év között van, a szülő ad írásbeli beleegyezést a fenti módon, a vizsgált gyerek pedig szóban. Csatolja a szülőknek szánt dokumentumot, a beleegyezést kérő ívet és a gyereknek szánt szóbeli vagy írásbeli információ tartalmát.</w:t>
      </w:r>
    </w:p>
    <w:p>
      <w:pPr>
        <w:pStyle w:val="EPKEBSubitem"/>
        <w:keepLines/>
        <w:numPr>
          <w:ilvl w:val="0"/>
          <w:numId w:val="8"/>
        </w:numPr>
        <w:spacing w:before="60" w:after="120"/>
        <w:rPr>
          <w:rFonts w:ascii="Calibri" w:hAnsi="Calibri"/>
        </w:rPr>
      </w:pPr>
      <w:r>
        <w:rPr>
          <w:rFonts w:ascii="Calibri" w:hAnsi="Calibri"/>
        </w:rPr>
        <w:t>Amennyiben a gyerek 14 és 18 év közötti, az írott információt mind neki, mind a szülőnek el kell juttatni, és a beleegyezéshez mindkettőjük aláírása szükséges. Ha a gyermek neve nem kerül a kutatásban felvételre, a szülők passzív beleegyezése is elegendő (beleegyezésük vélelmezhető, ha az írott információ ismeretében nem támasztanak kifogást gyermekük részvétele ellen). Csatolja a megfelelő dokumentumokat.</w:t>
      </w:r>
    </w:p>
    <w:p>
      <w:pPr>
        <w:pStyle w:val="EPKEBSubitem"/>
        <w:keepLines/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Felnőtt vizsgálati személyeknek írott információt kell biztosítani a vizsgálatról és annak céljáról, és a részvételbe aláírásukkal kell beleegyezniük. Csatolja a megfelelő dokumentumokat.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Ismertesse, milyen módon biztosítja a felvett adatok bizalmas kezelését és azt, hogy azokból a vizsgált személy ne legyen azonosítható. Amennyiben van személyes adatgyűjtés (email cím vagy legalább két személyes adat a résztvevőtől, pl. név és születési idő), akkor jelezze itt kérelmében és a résztvevőknek a tájékoztatásban is, hogy az intézménye adatkezelési szabályzata/adatvédelmi rendelete (GDPR) alapján jár el.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Jár-e a vizsgálat</w:t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kellemetlen ingerek bemutatásával vagy kellemetlen helyzetek létrehozásával?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fájdalommal?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víz, élelem, alvás stb. megvonásával?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gyógyszerek vagy pszichoaktív szerek alkalmazásával?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testi sérülés veszélyével?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mentális betegek vagy mentálisan veszélyeztett egyének részvételével?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a vizsgált személyek tudatos félrevezetésével?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Subitem"/>
        <w:keepLines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a kutatás természetére vagy céljára vonatkozó információk eltitkolásával?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A fenti kérdések valamelyikére adott IGEN válasz nem zárja ki a kutatás végrehajthatóságát. Amennyiben bármelyik kérdésre IGEN-nel válaszolt, ismertesse, hogyan gondoskodik arról, hogy a vizsgált személyekben testi és lelki kár ne essék a vizsgálat folyamán.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Hogyan gondoskodik arról, hogy a vizsgálati személyekben akaratlanul keltett szorongást csökkentse? </w:t>
      </w:r>
    </w:p>
    <w:p>
      <w:pPr>
        <w:pStyle w:val="EPKEBInput"/>
        <w:widowControl/>
        <w:bidi w:val="0"/>
        <w:jc w:val="start"/>
        <w:rPr>
          <w:rFonts w:ascii="Calibri" w:hAnsi="Calibri"/>
        </w:rPr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Van-e bármilyen további etikai vonatkozása a vizsgálatnak, amelyre a fenti kérdésekre adott válaszokban nem történt utalás?</w:t>
      </w:r>
    </w:p>
    <w:p>
      <w:pPr>
        <w:pStyle w:val="EPKEBInput"/>
        <w:rPr/>
      </w:pPr>
      <w:r>
        <w:rPr/>
      </w:r>
    </w:p>
    <w:p>
      <w:pPr>
        <w:pStyle w:val="EPKEBQuestion"/>
        <w:keepNext w:val="true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>Kutatási előregisztráció hivatkozása (opcionális):</w:t>
      </w:r>
    </w:p>
    <w:p>
      <w:pPr>
        <w:pStyle w:val="EPKEBInput"/>
        <w:widowControl/>
        <w:bidi w:val="0"/>
        <w:jc w:val="start"/>
        <w:rPr/>
      </w:pPr>
      <w:r>
        <w:rPr/>
      </w:r>
    </w:p>
    <w:p>
      <w:pPr>
        <w:pStyle w:val="EPKEBMicroSpace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EPKEBDeclaration"/>
        <w:keepNext w:val="true"/>
        <w:rPr>
          <w:rFonts w:ascii="Calibri" w:hAnsi="Calibri"/>
        </w:rPr>
      </w:pPr>
      <w:r>
        <w:rPr>
          <w:rFonts w:ascii="Calibri" w:hAnsi="Calibri"/>
        </w:rPr>
        <w:t>Megítélésem szerint a tervezett kutatás összhangban van a pszichológiai kutatásetikai normákkal. Kérem annak engedélyezését.</w:t>
      </w:r>
    </w:p>
    <w:p>
      <w:pPr>
        <w:pStyle w:val="EPKEBSignLabel"/>
        <w:keepNext w:val="true"/>
        <w:rPr>
          <w:rFonts w:ascii="Calibri" w:hAnsi="Calibri"/>
        </w:rPr>
      </w:pPr>
      <w:r>
        <w:rPr>
          <w:rFonts w:ascii="Calibri" w:hAnsi="Calibri"/>
        </w:rPr>
        <w:t>Dátum:</w:t>
      </w:r>
    </w:p>
    <w:p>
      <w:pPr>
        <w:pStyle w:val="EPKEBInput"/>
        <w:widowControl/>
        <w:bidi w:val="0"/>
        <w:ind w:hanging="0" w:start="2160"/>
        <w:jc w:val="start"/>
        <w:rPr>
          <w:rFonts w:ascii="Calibri" w:hAnsi="Calibri"/>
        </w:rPr>
      </w:pPr>
      <w:r>
        <w:rPr/>
      </w:r>
    </w:p>
    <w:p>
      <w:pPr>
        <w:pStyle w:val="EPKEBSignLabel"/>
        <w:keepNext w:val="true"/>
        <w:rPr>
          <w:rFonts w:ascii="Calibri" w:hAnsi="Calibri"/>
        </w:rPr>
      </w:pPr>
      <w:r>
        <w:rPr>
          <w:rFonts w:ascii="Calibri" w:hAnsi="Calibri"/>
        </w:rPr>
        <w:t>A kérelmező aláírása:</w:t>
      </w:r>
    </w:p>
    <w:p>
      <w:pPr>
        <w:pStyle w:val="EPKEBInput"/>
        <w:widowControl/>
        <w:bidi w:val="0"/>
        <w:ind w:hanging="0" w:start="2160"/>
        <w:jc w:val="start"/>
        <w:rPr>
          <w:rFonts w:ascii="Calibri" w:hAnsi="Calibri"/>
        </w:rPr>
      </w:pPr>
      <w:r>
        <w:rPr/>
      </w:r>
    </w:p>
    <w:p>
      <w:pPr>
        <w:pStyle w:val="EPKEBDeclaration"/>
        <w:keepNext w:val="true"/>
        <w:rPr>
          <w:rFonts w:ascii="Calibri" w:hAnsi="Calibri"/>
        </w:rPr>
      </w:pPr>
      <w:r>
        <w:rPr>
          <w:rFonts w:ascii="Calibri" w:hAnsi="Calibri"/>
        </w:rPr>
        <w:t>A kérelmet olvastam, és a tervezett kutatás szerintem nem vet fel további etikai kérdéseket.</w:t>
      </w:r>
    </w:p>
    <w:p>
      <w:pPr>
        <w:pStyle w:val="EPKEBSignLabel"/>
        <w:keepNext w:val="true"/>
        <w:rPr>
          <w:rFonts w:ascii="Calibri" w:hAnsi="Calibri"/>
        </w:rPr>
      </w:pPr>
      <w:r>
        <w:rPr>
          <w:rFonts w:ascii="Calibri" w:hAnsi="Calibri"/>
        </w:rPr>
        <w:t>Dátum:</w:t>
      </w:r>
    </w:p>
    <w:p>
      <w:pPr>
        <w:pStyle w:val="EPKEBInput"/>
        <w:widowControl/>
        <w:bidi w:val="0"/>
        <w:ind w:hanging="0" w:start="2160"/>
        <w:jc w:val="start"/>
        <w:rPr>
          <w:rFonts w:ascii="Calibri" w:hAnsi="Calibri"/>
        </w:rPr>
      </w:pPr>
      <w:r>
        <w:rPr/>
      </w:r>
    </w:p>
    <w:p>
      <w:pPr>
        <w:pStyle w:val="EPKEBSignLabel"/>
        <w:keepNext w:val="true"/>
        <w:rPr>
          <w:rFonts w:ascii="Calibri" w:hAnsi="Calibri"/>
        </w:rPr>
      </w:pPr>
      <w:r>
        <w:rPr>
          <w:rFonts w:ascii="Calibri" w:hAnsi="Calibri"/>
        </w:rPr>
        <w:t>A kutatás felügyelőjének aláírása:</w:t>
      </w:r>
    </w:p>
    <w:p>
      <w:pPr>
        <w:pStyle w:val="EPKEBInput"/>
        <w:widowControl/>
        <w:bidi w:val="0"/>
        <w:ind w:hanging="0" w:start="2160"/>
        <w:jc w:val="start"/>
        <w:rPr>
          <w:rFonts w:ascii="Calibri" w:hAnsi="Calibri"/>
        </w:rPr>
      </w:pPr>
      <w:r>
        <w:rPr/>
      </w:r>
    </w:p>
    <w:p>
      <w:pPr>
        <w:pStyle w:val="EPKEBMicroSpace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9979" w:type="dxa"/>
        <w:jc w:val="start"/>
        <w:tblInd w:w="190" w:type="dxa"/>
        <w:tblLayout w:type="fixed"/>
        <w:tblCellMar>
          <w:top w:w="175" w:type="dxa"/>
          <w:start w:w="215" w:type="dxa"/>
          <w:bottom w:w="170" w:type="dxa"/>
          <w:end w:w="160" w:type="dxa"/>
        </w:tblCellMar>
        <w:tblLook w:val="04a0" w:firstRow="1" w:noVBand="1" w:lastRow="0" w:firstColumn="1" w:lastColumn="0" w:noHBand="0"/>
      </w:tblPr>
      <w:tblGrid>
        <w:gridCol w:w="9979"/>
      </w:tblGrid>
      <w:tr>
        <w:trPr>
          <w:cantSplit/>
        </w:trPr>
        <w:tc>
          <w:tcPr>
            <w:tcW w:w="9979" w:type="dxa"/>
            <w:tcBorders>
              <w:start w:val="single" w:sz="20" w:space="0" w:color="407E93"/>
            </w:tcBorders>
            <w:shd w:fill="EFF5F8" w:val="clear"/>
          </w:tcPr>
          <w:p>
            <w:pPr>
              <w:pStyle w:val="EPKEBFormalHeader"/>
              <w:keepLines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Formai követelmények:</w:t>
            </w:r>
          </w:p>
          <w:p>
            <w:pPr>
              <w:pStyle w:val="EPKEBFormalText"/>
              <w:keepLines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 kérelmet aláírva kell beadni.</w:t>
            </w:r>
          </w:p>
          <w:p>
            <w:pPr>
              <w:pStyle w:val="EPKEBFormalText"/>
              <w:keepLines/>
              <w:spacing w:before="0" w:after="8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Minden dokumentum (az aláírt kérelem és egyéb tájékoztató illetve kiegészítő anyagok) egyetlen PDF fileba legyenek összfűzve.</w:t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75" w:right="975" w:gutter="0" w:header="442" w:top="1151" w:footer="493" w:bottom="104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rlito">
    <w:altName w:val="Calibri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PKEB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PKEB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PKEBHeader"/>
      <w:rPr/>
    </w:pPr>
    <w:r>
      <w:rPr/>
      <w:t>EPKEB Kérelem Űrlap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PKEBHeader"/>
      <w:rPr/>
    </w:pPr>
    <w:r>
      <w:rPr/>
      <w:t>EPKEB Kérelem Űrlap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decimal"/>
      <w:lvlText w:val="%1."/>
      <w:lvlJc w:val="end"/>
      <w:pPr>
        <w:tabs>
          <w:tab w:val="num" w:pos="0"/>
        </w:tabs>
        <w:ind w:start="620" w:hanging="335"/>
      </w:pPr>
      <w:rPr>
        <w:rFonts w:ascii="Carlito" w:hAnsi="Carlito"/>
        <w:b/>
        <w:color w:val="407E93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lowerLetter"/>
      <w:lvlText w:val="%1."/>
      <w:lvlJc w:val="end"/>
      <w:pPr>
        <w:tabs>
          <w:tab w:val="num" w:pos="0"/>
        </w:tabs>
        <w:ind w:start="920" w:hanging="280"/>
      </w:pPr>
      <w:rPr>
        <w:rFonts w:ascii="Carlito" w:hAnsi="Carlito"/>
        <w:b/>
        <w:color w:val="407E93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9">
    <w:lvl w:ilvl="0">
      <w:start w:val="1"/>
      <w:numFmt w:val="lowerLetter"/>
      <w:lvlText w:val="%1."/>
      <w:lvlJc w:val="end"/>
      <w:pPr>
        <w:tabs>
          <w:tab w:val="num" w:pos="0"/>
        </w:tabs>
        <w:ind w:start="920" w:hanging="280"/>
      </w:pPr>
      <w:rPr>
        <w:rFonts w:ascii="Carlito" w:hAnsi="Carlito"/>
        <w:b/>
        <w:color w:val="407E93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8" w:before="0" w:after="0"/>
      <w:jc w:val="start"/>
    </w:pPr>
    <w:rPr>
      <w:rFonts w:ascii="Carlito" w:hAnsi="Carlito" w:eastAsia="Carlito" w:cs="Carlito"/>
      <w:b w:val="false"/>
      <w:color w:val="263C4B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lfejsllb">
    <w:name w:val="Élőfej és élőláb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Cmso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EPKEBIdentity" w:customStyle="1">
    <w:name w:val="EPKEB Identity"/>
    <w:basedOn w:val="Normal"/>
    <w:qFormat/>
    <w:pPr>
      <w:spacing w:lineRule="auto" w:line="283" w:before="0" w:after="60"/>
    </w:pPr>
    <w:rPr>
      <w:rFonts w:ascii="Carlito" w:hAnsi="Carlito" w:eastAsia="Carlito" w:cs="Carlito"/>
      <w:b/>
      <w:color w:val="17354B"/>
      <w:sz w:val="20"/>
    </w:rPr>
  </w:style>
  <w:style w:type="paragraph" w:styleId="EPKEBTitle" w:customStyle="1">
    <w:name w:val="EPKEB Title"/>
    <w:basedOn w:val="Normal"/>
    <w:qFormat/>
    <w:pPr>
      <w:spacing w:lineRule="auto" w:line="283" w:before="0" w:after="460"/>
    </w:pPr>
    <w:rPr>
      <w:rFonts w:ascii="Carlito" w:hAnsi="Carlito" w:eastAsia="Carlito" w:cs="Carlito"/>
      <w:b/>
      <w:color w:val="17354B"/>
      <w:sz w:val="39"/>
    </w:rPr>
  </w:style>
  <w:style w:type="paragraph" w:styleId="EPKEBNotice" w:customStyle="1">
    <w:name w:val="EPKEB Notice"/>
    <w:basedOn w:val="Normal"/>
    <w:qFormat/>
    <w:pPr>
      <w:spacing w:lineRule="auto" w:line="283" w:before="0" w:after="0"/>
    </w:pPr>
    <w:rPr>
      <w:rFonts w:ascii="Carlito" w:hAnsi="Carlito" w:eastAsia="Carlito" w:cs="Carlito"/>
      <w:b w:val="false"/>
      <w:color w:val="263C4B"/>
      <w:sz w:val="19"/>
    </w:rPr>
  </w:style>
  <w:style w:type="paragraph" w:styleId="EPKEBQuestion" w:customStyle="1">
    <w:name w:val="EPKEB Question"/>
    <w:basedOn w:val="Normal"/>
    <w:qFormat/>
    <w:pPr>
      <w:spacing w:lineRule="auto" w:line="283" w:before="160" w:after="60"/>
      <w:ind w:hanging="369" w:start="499"/>
    </w:pPr>
    <w:rPr>
      <w:rFonts w:ascii="Carlito" w:hAnsi="Carlito" w:eastAsia="Carlito" w:cs="Carlito"/>
      <w:b/>
      <w:color w:val="263C4B"/>
      <w:sz w:val="20"/>
    </w:rPr>
  </w:style>
  <w:style w:type="paragraph" w:styleId="EPKEBSubitem" w:customStyle="1">
    <w:name w:val="EPKEB Subitem"/>
    <w:basedOn w:val="Normal"/>
    <w:qFormat/>
    <w:pPr>
      <w:spacing w:lineRule="auto" w:line="283" w:before="60" w:after="60"/>
      <w:ind w:hanging="244" w:start="737"/>
    </w:pPr>
    <w:rPr>
      <w:rFonts w:ascii="Carlito" w:hAnsi="Carlito" w:eastAsia="Carlito" w:cs="Carlito"/>
      <w:b w:val="false"/>
      <w:color w:val="263C4B"/>
      <w:sz w:val="19"/>
    </w:rPr>
  </w:style>
  <w:style w:type="paragraph" w:styleId="EPKEBInput" w:customStyle="1">
    <w:name w:val="EPKEB Input"/>
    <w:basedOn w:val="Normal"/>
    <w:qFormat/>
    <w:pPr>
      <w:keepLines/>
      <w:widowControl/>
      <w:pBdr>
        <w:bottom w:val="single" w:sz="4" w:space="0" w:color="CEDBE4"/>
      </w:pBdr>
      <w:shd w:fill="EFF5F8" w:val="clear"/>
      <w:bidi w:val="0"/>
      <w:spacing w:lineRule="auto" w:line="360" w:before="0" w:after="140"/>
      <w:ind w:start="505" w:end="45"/>
      <w:jc w:val="start"/>
    </w:pPr>
    <w:rPr>
      <w:rFonts w:ascii="Calibri" w:hAnsi="Calibri" w:eastAsia="Carlito" w:cs="Carlito"/>
      <w:b w:val="false"/>
      <w:color w:val="263C4B"/>
      <w:sz w:val="20"/>
    </w:rPr>
  </w:style>
  <w:style w:type="paragraph" w:styleId="EPKEBSignatureField" w:customStyle="1">
    <w:name w:val="EPKEB SignatureField"/>
    <w:basedOn w:val="Normal"/>
    <w:qFormat/>
    <w:pPr>
      <w:spacing w:lineRule="auto" w:line="283" w:before="0" w:after="0"/>
      <w:ind w:start="255" w:end="4082"/>
    </w:pPr>
    <w:rPr>
      <w:rFonts w:ascii="Carlito" w:hAnsi="Carlito" w:eastAsia="Carlito" w:cs="Carlito"/>
      <w:b w:val="false"/>
      <w:color w:val="263C4B"/>
      <w:sz w:val="20"/>
    </w:rPr>
  </w:style>
  <w:style w:type="paragraph" w:styleId="EPKEBDeclaration" w:customStyle="1">
    <w:name w:val="EPKEB Declaration"/>
    <w:basedOn w:val="Normal"/>
    <w:qFormat/>
    <w:pPr>
      <w:spacing w:lineRule="auto" w:line="283" w:before="380" w:after="200"/>
    </w:pPr>
    <w:rPr>
      <w:rFonts w:ascii="Carlito" w:hAnsi="Carlito" w:eastAsia="Carlito" w:cs="Carlito"/>
      <w:b w:val="false"/>
      <w:color w:val="263C4B"/>
      <w:sz w:val="21"/>
    </w:rPr>
  </w:style>
  <w:style w:type="paragraph" w:styleId="EPKEBSignLabel" w:customStyle="1">
    <w:name w:val="EPKEB SignLabel"/>
    <w:basedOn w:val="Normal"/>
    <w:qFormat/>
    <w:pPr>
      <w:spacing w:lineRule="auto" w:line="283" w:before="160" w:after="60"/>
    </w:pPr>
    <w:rPr>
      <w:rFonts w:ascii="Carlito" w:hAnsi="Carlito" w:eastAsia="Carlito" w:cs="Carlito"/>
      <w:b/>
      <w:color w:val="263C4B"/>
      <w:sz w:val="19"/>
    </w:rPr>
  </w:style>
  <w:style w:type="paragraph" w:styleId="EPKEBFormalHeader" w:customStyle="1">
    <w:name w:val="EPKEB FormalHeader"/>
    <w:basedOn w:val="Normal"/>
    <w:qFormat/>
    <w:pPr>
      <w:spacing w:lineRule="auto" w:line="283" w:before="0" w:after="120"/>
    </w:pPr>
    <w:rPr>
      <w:rFonts w:ascii="Carlito" w:hAnsi="Carlito" w:eastAsia="Carlito" w:cs="Carlito"/>
      <w:b/>
      <w:color w:val="17354B"/>
      <w:sz w:val="20"/>
    </w:rPr>
  </w:style>
  <w:style w:type="paragraph" w:styleId="EPKEBFormalText" w:customStyle="1">
    <w:name w:val="EPKEB FormalText"/>
    <w:basedOn w:val="Normal"/>
    <w:qFormat/>
    <w:pPr>
      <w:spacing w:lineRule="auto" w:line="283" w:before="0" w:after="80"/>
      <w:ind w:start="142"/>
    </w:pPr>
    <w:rPr>
      <w:rFonts w:ascii="Carlito" w:hAnsi="Carlito" w:eastAsia="Carlito" w:cs="Carlito"/>
      <w:b w:val="false"/>
      <w:color w:val="263C4B"/>
      <w:sz w:val="19"/>
    </w:rPr>
  </w:style>
  <w:style w:type="paragraph" w:styleId="EPKEBMicroSpace" w:customStyle="1">
    <w:name w:val="EPKEB MicroSpace"/>
    <w:basedOn w:val="Normal"/>
    <w:qFormat/>
    <w:pPr>
      <w:spacing w:lineRule="auto" w:line="283" w:before="0" w:after="40"/>
    </w:pPr>
    <w:rPr>
      <w:rFonts w:ascii="Carlito" w:hAnsi="Carlito" w:eastAsia="Carlito" w:cs="Carlito"/>
      <w:b w:val="false"/>
      <w:color w:val="263C4B"/>
      <w:sz w:val="6"/>
    </w:rPr>
  </w:style>
  <w:style w:type="paragraph" w:styleId="EPKEBHeader" w:customStyle="1">
    <w:name w:val="EPKEB Header"/>
    <w:basedOn w:val="Normal"/>
    <w:qFormat/>
    <w:pPr>
      <w:spacing w:lineRule="auto" w:line="283" w:before="0" w:after="0"/>
    </w:pPr>
    <w:rPr>
      <w:rFonts w:ascii="Carlito" w:hAnsi="Carlito" w:eastAsia="Carlito" w:cs="Carlito"/>
      <w:b w:val="false"/>
      <w:color w:val="64798A"/>
      <w:sz w:val="17"/>
    </w:rPr>
  </w:style>
  <w:style w:type="paragraph" w:styleId="EPKEBFooter" w:customStyle="1">
    <w:name w:val="EPKEB Footer"/>
    <w:basedOn w:val="Normal"/>
    <w:qFormat/>
    <w:pPr>
      <w:spacing w:lineRule="auto" w:line="283" w:before="0" w:after="0"/>
    </w:pPr>
    <w:rPr>
      <w:rFonts w:ascii="Carlito" w:hAnsi="Carlito" w:eastAsia="Carlito" w:cs="Carlito"/>
      <w:b w:val="false"/>
      <w:color w:val="64798A"/>
      <w:sz w:val="17"/>
    </w:rPr>
  </w:style>
  <w:style w:type="paragraph" w:styleId="EPKEBBody" w:customStyle="1">
    <w:name w:val="EPKEB Body"/>
    <w:basedOn w:val="Normal"/>
    <w:qFormat/>
    <w:pPr>
      <w:spacing w:lineRule="auto" w:line="283" w:before="0" w:after="0"/>
    </w:pPr>
    <w:rPr>
      <w:rFonts w:ascii="Carlito" w:hAnsi="Carlito" w:eastAsia="Carlito" w:cs="Carlito"/>
      <w:b w:val="false"/>
      <w:color w:val="263C4B"/>
      <w:sz w:val="20"/>
    </w:rPr>
  </w:style>
  <w:style w:type="numbering" w:styleId="Nincslista" w:default="1">
    <w:name w:val="Nincs lista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LibreOffice/26.2.6.3$Windows_X86_64 LibreOffice_project/8221e31b3ac356a1623c672912a3d2b492f7e3d1</Application>
  <AppVersion>15.0000</AppVersion>
  <Pages>4</Pages>
  <Words>691</Words>
  <Characters>4478</Characters>
  <CharactersWithSpaces>5076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hu-HU</dc:language>
  <cp:lastModifiedBy/>
  <dcterms:modified xsi:type="dcterms:W3CDTF">2026-10-13T13:47:31Z</dcterms:modified>
  <cp:revision>7</cp:revision>
  <dc:subject>EPKEB</dc:subject>
  <dc:title>Kérelem kutatási engedélyhez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